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5D28BCC" w14:textId="77777777" w:rsidR="00D22C1F" w:rsidRPr="00380A00" w:rsidRDefault="00000000" w:rsidP="003B1933">
      <w:pPr>
        <w:pStyle w:val="Heading1"/>
        <w:spacing w:before="0" w:line="240" w:lineRule="auto"/>
        <w:jc w:val="center"/>
        <w:rPr>
          <w:rFonts w:ascii="Fraunces 9pt" w:hAnsi="Fraunces 9pt"/>
          <w:color w:val="000000" w:themeColor="text1"/>
          <w:sz w:val="20"/>
          <w:szCs w:val="20"/>
          <w:lang w:val="hr-HR"/>
        </w:rPr>
      </w:pPr>
      <w:r w:rsidRPr="00380A00">
        <w:rPr>
          <w:rFonts w:ascii="Fraunces 9pt" w:hAnsi="Fraunces 9pt"/>
          <w:color w:val="000000" w:themeColor="text1"/>
          <w:sz w:val="20"/>
          <w:szCs w:val="20"/>
          <w:lang w:val="hr-HR"/>
        </w:rPr>
        <w:t>OBRAZAC ZA JEDNOSTRANI RASKID UGOVORA</w:t>
      </w:r>
    </w:p>
    <w:p w14:paraId="4D93EE58" w14:textId="77777777" w:rsidR="003B1933" w:rsidRPr="00380A00" w:rsidRDefault="003B1933" w:rsidP="003B1933">
      <w:pPr>
        <w:spacing w:line="240" w:lineRule="auto"/>
        <w:rPr>
          <w:rFonts w:ascii="Plus Jakarta Sans" w:hAnsi="Plus Jakarta Sans"/>
          <w:b/>
          <w:sz w:val="18"/>
          <w:szCs w:val="18"/>
          <w:lang w:val="hr-HR"/>
        </w:rPr>
      </w:pPr>
    </w:p>
    <w:p w14:paraId="594A0087" w14:textId="2B789FB7" w:rsidR="00D22C1F" w:rsidRPr="00380A00" w:rsidRDefault="00000000" w:rsidP="003B1933">
      <w:pPr>
        <w:spacing w:after="0" w:line="240" w:lineRule="auto"/>
        <w:rPr>
          <w:rFonts w:ascii="Plus Jakarta Sans" w:hAnsi="Plus Jakarta Sans"/>
          <w:sz w:val="18"/>
          <w:szCs w:val="18"/>
          <w:lang w:val="hr-HR"/>
        </w:rPr>
      </w:pPr>
      <w:r w:rsidRPr="00380A00">
        <w:rPr>
          <w:rFonts w:ascii="Plus Jakarta Sans" w:hAnsi="Plus Jakarta Sans"/>
          <w:b/>
          <w:sz w:val="18"/>
          <w:szCs w:val="18"/>
          <w:lang w:val="hr-HR"/>
        </w:rPr>
        <w:t>Primatelj:</w:t>
      </w:r>
    </w:p>
    <w:p w14:paraId="070318B5" w14:textId="2EE29F42" w:rsidR="00D22C1F" w:rsidRPr="00380A00" w:rsidRDefault="00000000" w:rsidP="003B1933">
      <w:pPr>
        <w:spacing w:after="0" w:line="240" w:lineRule="auto"/>
        <w:rPr>
          <w:rFonts w:ascii="Plus Jakarta Sans" w:hAnsi="Plus Jakarta Sans"/>
          <w:sz w:val="18"/>
          <w:szCs w:val="18"/>
          <w:lang w:val="hr-HR"/>
        </w:rPr>
      </w:pPr>
      <w:proofErr w:type="spellStart"/>
      <w:r w:rsidRPr="00380A00">
        <w:rPr>
          <w:rFonts w:ascii="Plus Jakarta Sans" w:hAnsi="Plus Jakarta Sans"/>
          <w:sz w:val="18"/>
          <w:szCs w:val="18"/>
          <w:lang w:val="hr-HR"/>
        </w:rPr>
        <w:t>BeBest</w:t>
      </w:r>
      <w:proofErr w:type="spellEnd"/>
      <w:r w:rsidRPr="00380A00">
        <w:rPr>
          <w:rFonts w:ascii="Plus Jakarta Sans" w:hAnsi="Plus Jakarta Sans"/>
          <w:sz w:val="18"/>
          <w:szCs w:val="18"/>
          <w:lang w:val="hr-HR"/>
        </w:rPr>
        <w:t xml:space="preserve"> International d.o.o.</w:t>
      </w:r>
      <w:r w:rsidRPr="00380A00">
        <w:rPr>
          <w:rFonts w:ascii="Plus Jakarta Sans" w:hAnsi="Plus Jakarta Sans"/>
          <w:sz w:val="18"/>
          <w:szCs w:val="18"/>
          <w:lang w:val="hr-HR"/>
        </w:rPr>
        <w:br/>
        <w:t>Jarun 42</w:t>
      </w:r>
      <w:r w:rsidRPr="00380A00">
        <w:rPr>
          <w:rFonts w:ascii="Plus Jakarta Sans" w:hAnsi="Plus Jakarta Sans"/>
          <w:sz w:val="18"/>
          <w:szCs w:val="18"/>
          <w:lang w:val="hr-HR"/>
        </w:rPr>
        <w:br/>
        <w:t>10000 Zagreb</w:t>
      </w:r>
      <w:r w:rsidRPr="00380A00">
        <w:rPr>
          <w:rFonts w:ascii="Plus Jakarta Sans" w:hAnsi="Plus Jakarta Sans"/>
          <w:sz w:val="18"/>
          <w:szCs w:val="18"/>
          <w:lang w:val="hr-HR"/>
        </w:rPr>
        <w:br/>
        <w:t xml:space="preserve">E-mail: </w:t>
      </w:r>
      <w:hyperlink r:id="rId6" w:history="1">
        <w:r w:rsidR="003B1933" w:rsidRPr="00380A00">
          <w:rPr>
            <w:rStyle w:val="Hyperlink"/>
            <w:rFonts w:ascii="Plus Jakarta Sans" w:hAnsi="Plus Jakarta Sans"/>
            <w:sz w:val="18"/>
            <w:szCs w:val="18"/>
            <w:lang w:val="hr-HR"/>
          </w:rPr>
          <w:t>info@bebestenergy.com</w:t>
        </w:r>
      </w:hyperlink>
      <w:r w:rsidR="003B1933" w:rsidRPr="00380A00">
        <w:rPr>
          <w:rFonts w:ascii="Plus Jakarta Sans" w:hAnsi="Plus Jakarta Sans"/>
          <w:sz w:val="18"/>
          <w:szCs w:val="18"/>
          <w:lang w:val="hr-HR"/>
        </w:rPr>
        <w:t xml:space="preserve"> </w:t>
      </w:r>
    </w:p>
    <w:p w14:paraId="0BC6C60F" w14:textId="77777777" w:rsidR="002B6312" w:rsidRPr="00380A00" w:rsidRDefault="002B6312" w:rsidP="003B1933">
      <w:pPr>
        <w:spacing w:after="0" w:line="240" w:lineRule="auto"/>
        <w:rPr>
          <w:rFonts w:ascii="Plus Jakarta Sans" w:hAnsi="Plus Jakarta Sans"/>
          <w:sz w:val="18"/>
          <w:szCs w:val="18"/>
          <w:lang w:val="hr-HR"/>
        </w:rPr>
      </w:pPr>
    </w:p>
    <w:p w14:paraId="1CD78D2E" w14:textId="77777777" w:rsidR="00D22C1F" w:rsidRPr="00380A00" w:rsidRDefault="00000000" w:rsidP="003B1933">
      <w:pPr>
        <w:spacing w:after="0" w:line="240" w:lineRule="auto"/>
        <w:rPr>
          <w:rFonts w:ascii="Plus Jakarta Sans" w:hAnsi="Plus Jakarta Sans"/>
          <w:sz w:val="18"/>
          <w:szCs w:val="18"/>
          <w:lang w:val="hr-HR"/>
        </w:rPr>
      </w:pPr>
      <w:r w:rsidRPr="00380A00">
        <w:rPr>
          <w:rFonts w:ascii="Plus Jakarta Sans" w:hAnsi="Plus Jakarta Sans"/>
          <w:sz w:val="18"/>
          <w:szCs w:val="18"/>
          <w:lang w:val="hr-HR"/>
        </w:rPr>
        <w:t>Ovim putem obavještavam da jednostrano raskidam ugovor o kupoprodaji sljedećih proizvoda:</w:t>
      </w:r>
    </w:p>
    <w:p w14:paraId="3A8A578C" w14:textId="77777777" w:rsidR="003B1933" w:rsidRPr="00380A00" w:rsidRDefault="003B1933" w:rsidP="003B1933">
      <w:pPr>
        <w:spacing w:after="0" w:line="240" w:lineRule="auto"/>
        <w:rPr>
          <w:rFonts w:ascii="Plus Jakarta Sans" w:hAnsi="Plus Jakarta Sans"/>
          <w:sz w:val="18"/>
          <w:szCs w:val="18"/>
          <w:lang w:val="hr-HR"/>
        </w:rPr>
      </w:pPr>
    </w:p>
    <w:p w14:paraId="68BBC123" w14:textId="5D4DDD1D" w:rsidR="003B1933" w:rsidRPr="00380A00" w:rsidRDefault="003B1933" w:rsidP="003B1933">
      <w:pPr>
        <w:spacing w:after="0" w:line="240" w:lineRule="auto"/>
        <w:rPr>
          <w:rFonts w:ascii="Plus Jakarta Sans" w:hAnsi="Plus Jakarta Sans"/>
          <w:sz w:val="18"/>
          <w:szCs w:val="18"/>
          <w:lang w:val="hr-HR"/>
        </w:rPr>
      </w:pPr>
      <w:r w:rsidRPr="00380A00">
        <w:rPr>
          <w:rFonts w:ascii="Plus Jakarta Sans" w:hAnsi="Plus Jakarta Sans"/>
          <w:sz w:val="18"/>
          <w:szCs w:val="18"/>
          <w:lang w:val="hr-HR"/>
        </w:rPr>
        <w:t xml:space="preserve">Naziv proizvoda: </w:t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ab/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ab/>
      </w:r>
      <w:r w:rsidR="002B6312" w:rsidRPr="00380A00">
        <w:rPr>
          <w:rFonts w:ascii="Plus Jakarta Sans" w:hAnsi="Plus Jakarta Sans"/>
          <w:sz w:val="18"/>
          <w:szCs w:val="18"/>
          <w:lang w:val="hr-HR"/>
        </w:rPr>
        <w:t>__</w:t>
      </w:r>
      <w:r w:rsidRPr="00380A00">
        <w:rPr>
          <w:rFonts w:ascii="Plus Jakarta Sans" w:hAnsi="Plus Jakarta Sans"/>
          <w:sz w:val="18"/>
          <w:szCs w:val="18"/>
          <w:lang w:val="hr-HR"/>
        </w:rPr>
        <w:t>________________________________________________________</w:t>
      </w:r>
    </w:p>
    <w:p w14:paraId="05ED442B" w14:textId="77777777" w:rsidR="003B1933" w:rsidRPr="00380A00" w:rsidRDefault="003B1933" w:rsidP="003B1933">
      <w:pPr>
        <w:spacing w:after="0" w:line="240" w:lineRule="auto"/>
        <w:jc w:val="both"/>
        <w:rPr>
          <w:rFonts w:ascii="Plus Jakarta Sans" w:hAnsi="Plus Jakarta Sans"/>
          <w:sz w:val="18"/>
          <w:szCs w:val="18"/>
          <w:lang w:val="hr-HR"/>
        </w:rPr>
      </w:pPr>
    </w:p>
    <w:p w14:paraId="7A5CE109" w14:textId="05B954FC" w:rsidR="003B1933" w:rsidRPr="00380A00" w:rsidRDefault="003B1933" w:rsidP="003B1933">
      <w:pPr>
        <w:spacing w:after="0" w:line="240" w:lineRule="auto"/>
        <w:jc w:val="both"/>
        <w:rPr>
          <w:rFonts w:ascii="Plus Jakarta Sans" w:hAnsi="Plus Jakarta Sans"/>
          <w:sz w:val="18"/>
          <w:szCs w:val="18"/>
          <w:lang w:val="hr-HR"/>
        </w:rPr>
      </w:pPr>
      <w:r w:rsidRPr="00380A00">
        <w:rPr>
          <w:rFonts w:ascii="Plus Jakarta Sans" w:hAnsi="Plus Jakarta Sans"/>
          <w:sz w:val="18"/>
          <w:szCs w:val="18"/>
          <w:lang w:val="hr-HR"/>
        </w:rPr>
        <w:t xml:space="preserve">Broj narudžbe/računa: </w:t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ab/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ab/>
      </w:r>
      <w:r w:rsidRPr="00380A00">
        <w:rPr>
          <w:rFonts w:ascii="Plus Jakarta Sans" w:hAnsi="Plus Jakarta Sans"/>
          <w:sz w:val="18"/>
          <w:szCs w:val="18"/>
          <w:lang w:val="hr-HR"/>
        </w:rPr>
        <w:t>__________________________________________________________</w:t>
      </w:r>
    </w:p>
    <w:p w14:paraId="5832180B" w14:textId="1176F987" w:rsidR="003B1933" w:rsidRPr="00380A00" w:rsidRDefault="00263596" w:rsidP="003B1933">
      <w:pPr>
        <w:spacing w:after="0" w:line="240" w:lineRule="auto"/>
        <w:jc w:val="both"/>
        <w:rPr>
          <w:rFonts w:ascii="Plus Jakarta Sans" w:hAnsi="Plus Jakarta Sans"/>
          <w:sz w:val="18"/>
          <w:szCs w:val="18"/>
          <w:lang w:val="hr-HR"/>
        </w:rPr>
      </w:pPr>
      <w:r w:rsidRPr="00380A00">
        <w:rPr>
          <w:rFonts w:ascii="Plus Jakarta Sans" w:hAnsi="Plus Jakarta Sans"/>
          <w:sz w:val="18"/>
          <w:szCs w:val="18"/>
          <w:lang w:val="hr-HR"/>
        </w:rPr>
        <w:tab/>
      </w:r>
    </w:p>
    <w:p w14:paraId="14D14EEA" w14:textId="7847F597" w:rsidR="003B1933" w:rsidRPr="00380A00" w:rsidRDefault="003B1933" w:rsidP="003B1933">
      <w:pPr>
        <w:spacing w:after="0" w:line="240" w:lineRule="auto"/>
        <w:jc w:val="both"/>
        <w:rPr>
          <w:rFonts w:ascii="Plus Jakarta Sans" w:hAnsi="Plus Jakarta Sans"/>
          <w:sz w:val="18"/>
          <w:szCs w:val="18"/>
          <w:lang w:val="hr-HR"/>
        </w:rPr>
      </w:pPr>
      <w:r w:rsidRPr="00380A00">
        <w:rPr>
          <w:rFonts w:ascii="Plus Jakarta Sans" w:hAnsi="Plus Jakarta Sans"/>
          <w:sz w:val="18"/>
          <w:szCs w:val="18"/>
          <w:lang w:val="hr-HR"/>
        </w:rPr>
        <w:t>Datum narudžbe:</w:t>
      </w:r>
      <w:r w:rsidR="002B6312" w:rsidRPr="00380A00">
        <w:rPr>
          <w:rFonts w:ascii="Plus Jakarta Sans" w:hAnsi="Plus Jakarta Sans"/>
          <w:sz w:val="18"/>
          <w:szCs w:val="18"/>
          <w:lang w:val="hr-HR"/>
        </w:rPr>
        <w:t xml:space="preserve"> </w:t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ab/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ab/>
      </w:r>
      <w:r w:rsidRPr="00380A00">
        <w:rPr>
          <w:rFonts w:ascii="Plus Jakarta Sans" w:hAnsi="Plus Jakarta Sans"/>
          <w:sz w:val="18"/>
          <w:szCs w:val="18"/>
          <w:lang w:val="hr-HR"/>
        </w:rPr>
        <w:t>_______________________________________________</w:t>
      </w:r>
      <w:r w:rsidR="002B6312" w:rsidRPr="00380A00">
        <w:rPr>
          <w:rFonts w:ascii="Plus Jakarta Sans" w:hAnsi="Plus Jakarta Sans"/>
          <w:sz w:val="18"/>
          <w:szCs w:val="18"/>
          <w:lang w:val="hr-HR"/>
        </w:rPr>
        <w:t>___________</w:t>
      </w:r>
    </w:p>
    <w:p w14:paraId="3CCD3695" w14:textId="062D74BF" w:rsidR="003B1933" w:rsidRPr="00380A00" w:rsidRDefault="00263596" w:rsidP="003B1933">
      <w:pPr>
        <w:spacing w:after="0" w:line="240" w:lineRule="auto"/>
        <w:jc w:val="both"/>
        <w:rPr>
          <w:rFonts w:ascii="Plus Jakarta Sans" w:hAnsi="Plus Jakarta Sans"/>
          <w:sz w:val="18"/>
          <w:szCs w:val="18"/>
          <w:lang w:val="hr-HR"/>
        </w:rPr>
      </w:pPr>
      <w:r w:rsidRPr="00380A00">
        <w:rPr>
          <w:rFonts w:ascii="Plus Jakarta Sans" w:hAnsi="Plus Jakarta Sans"/>
          <w:sz w:val="18"/>
          <w:szCs w:val="18"/>
          <w:lang w:val="hr-HR"/>
        </w:rPr>
        <w:tab/>
      </w:r>
    </w:p>
    <w:p w14:paraId="27B3C839" w14:textId="59AED282" w:rsidR="003B1933" w:rsidRPr="00380A00" w:rsidRDefault="003B1933" w:rsidP="003B1933">
      <w:pPr>
        <w:spacing w:after="0" w:line="240" w:lineRule="auto"/>
        <w:jc w:val="both"/>
        <w:rPr>
          <w:rFonts w:ascii="Plus Jakarta Sans" w:hAnsi="Plus Jakarta Sans"/>
          <w:sz w:val="18"/>
          <w:szCs w:val="18"/>
          <w:lang w:val="hr-HR"/>
        </w:rPr>
      </w:pPr>
      <w:r w:rsidRPr="00380A00">
        <w:rPr>
          <w:rFonts w:ascii="Plus Jakarta Sans" w:hAnsi="Plus Jakarta Sans"/>
          <w:sz w:val="18"/>
          <w:szCs w:val="18"/>
          <w:lang w:val="hr-HR"/>
        </w:rPr>
        <w:t xml:space="preserve">Datum primitka proizvoda: </w:t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ab/>
      </w:r>
      <w:r w:rsidRPr="00380A00">
        <w:rPr>
          <w:rFonts w:ascii="Plus Jakarta Sans" w:hAnsi="Plus Jakarta Sans"/>
          <w:sz w:val="18"/>
          <w:szCs w:val="18"/>
          <w:lang w:val="hr-HR"/>
        </w:rPr>
        <w:t>_______________________________________________</w:t>
      </w:r>
      <w:r w:rsidR="002B6312" w:rsidRPr="00380A00">
        <w:rPr>
          <w:rFonts w:ascii="Plus Jakarta Sans" w:hAnsi="Plus Jakarta Sans"/>
          <w:sz w:val="18"/>
          <w:szCs w:val="18"/>
          <w:lang w:val="hr-HR"/>
        </w:rPr>
        <w:t>________</w:t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>___</w:t>
      </w:r>
    </w:p>
    <w:p w14:paraId="3715013C" w14:textId="77777777" w:rsidR="003B1933" w:rsidRPr="00380A00" w:rsidRDefault="003B1933" w:rsidP="003B1933">
      <w:pPr>
        <w:spacing w:after="0" w:line="240" w:lineRule="auto"/>
        <w:jc w:val="both"/>
        <w:rPr>
          <w:rFonts w:ascii="Plus Jakarta Sans" w:hAnsi="Plus Jakarta Sans"/>
          <w:sz w:val="18"/>
          <w:szCs w:val="18"/>
          <w:lang w:val="hr-HR"/>
        </w:rPr>
      </w:pPr>
    </w:p>
    <w:p w14:paraId="3BDD1C0F" w14:textId="22CEA3A3" w:rsidR="003B1933" w:rsidRPr="00380A00" w:rsidRDefault="003B1933" w:rsidP="003B1933">
      <w:pPr>
        <w:spacing w:after="0" w:line="240" w:lineRule="auto"/>
        <w:jc w:val="both"/>
        <w:rPr>
          <w:rFonts w:ascii="Plus Jakarta Sans" w:hAnsi="Plus Jakarta Sans"/>
          <w:sz w:val="18"/>
          <w:szCs w:val="18"/>
          <w:lang w:val="hr-HR"/>
        </w:rPr>
      </w:pPr>
      <w:r w:rsidRPr="00380A00">
        <w:rPr>
          <w:rFonts w:ascii="Plus Jakarta Sans" w:hAnsi="Plus Jakarta Sans"/>
          <w:sz w:val="18"/>
          <w:szCs w:val="18"/>
          <w:lang w:val="hr-HR"/>
        </w:rPr>
        <w:t xml:space="preserve">Ime i prezime potrošača: </w:t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ab/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ab/>
      </w:r>
      <w:r w:rsidRPr="00380A00">
        <w:rPr>
          <w:rFonts w:ascii="Plus Jakarta Sans" w:hAnsi="Plus Jakarta Sans"/>
          <w:sz w:val="18"/>
          <w:szCs w:val="18"/>
          <w:lang w:val="hr-HR"/>
        </w:rPr>
        <w:t>_______________________________________________</w:t>
      </w:r>
      <w:r w:rsidR="002B6312" w:rsidRPr="00380A00">
        <w:rPr>
          <w:rFonts w:ascii="Plus Jakarta Sans" w:hAnsi="Plus Jakarta Sans"/>
          <w:sz w:val="18"/>
          <w:szCs w:val="18"/>
          <w:lang w:val="hr-HR"/>
        </w:rPr>
        <w:t>__________</w:t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>_</w:t>
      </w:r>
    </w:p>
    <w:p w14:paraId="2C8A4D4F" w14:textId="77777777" w:rsidR="003B1933" w:rsidRPr="00380A00" w:rsidRDefault="003B1933" w:rsidP="003B1933">
      <w:pPr>
        <w:spacing w:after="0" w:line="240" w:lineRule="auto"/>
        <w:jc w:val="both"/>
        <w:rPr>
          <w:rFonts w:ascii="Plus Jakarta Sans" w:hAnsi="Plus Jakarta Sans"/>
          <w:sz w:val="18"/>
          <w:szCs w:val="18"/>
          <w:lang w:val="hr-HR"/>
        </w:rPr>
      </w:pPr>
    </w:p>
    <w:p w14:paraId="50C48BB7" w14:textId="43F75429" w:rsidR="003B1933" w:rsidRPr="00380A00" w:rsidRDefault="003B1933" w:rsidP="003B1933">
      <w:pPr>
        <w:spacing w:after="0" w:line="240" w:lineRule="auto"/>
        <w:jc w:val="both"/>
        <w:rPr>
          <w:rFonts w:ascii="Plus Jakarta Sans" w:hAnsi="Plus Jakarta Sans"/>
          <w:sz w:val="18"/>
          <w:szCs w:val="18"/>
          <w:lang w:val="hr-HR"/>
        </w:rPr>
      </w:pPr>
      <w:r w:rsidRPr="00380A00">
        <w:rPr>
          <w:rFonts w:ascii="Plus Jakarta Sans" w:hAnsi="Plus Jakarta Sans"/>
          <w:sz w:val="18"/>
          <w:szCs w:val="18"/>
          <w:lang w:val="hr-HR"/>
        </w:rPr>
        <w:t xml:space="preserve">Adresa potrošača: </w:t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ab/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ab/>
      </w:r>
      <w:r w:rsidRPr="00380A00">
        <w:rPr>
          <w:rFonts w:ascii="Plus Jakarta Sans" w:hAnsi="Plus Jakarta Sans"/>
          <w:sz w:val="18"/>
          <w:szCs w:val="18"/>
          <w:lang w:val="hr-HR"/>
        </w:rPr>
        <w:t>_______________________________________________</w:t>
      </w:r>
      <w:r w:rsidR="002B6312" w:rsidRPr="00380A00">
        <w:rPr>
          <w:rFonts w:ascii="Plus Jakarta Sans" w:hAnsi="Plus Jakarta Sans"/>
          <w:sz w:val="18"/>
          <w:szCs w:val="18"/>
          <w:lang w:val="hr-HR"/>
        </w:rPr>
        <w:t>___________</w:t>
      </w:r>
    </w:p>
    <w:p w14:paraId="1F30D847" w14:textId="77777777" w:rsidR="003B1933" w:rsidRPr="00380A00" w:rsidRDefault="003B1933" w:rsidP="003B1933">
      <w:pPr>
        <w:spacing w:after="0" w:line="240" w:lineRule="auto"/>
        <w:jc w:val="both"/>
        <w:rPr>
          <w:rFonts w:ascii="Plus Jakarta Sans" w:hAnsi="Plus Jakarta Sans"/>
          <w:sz w:val="18"/>
          <w:szCs w:val="18"/>
          <w:lang w:val="hr-HR"/>
        </w:rPr>
      </w:pPr>
    </w:p>
    <w:p w14:paraId="2FE5EBBE" w14:textId="6E399DC5" w:rsidR="003B1933" w:rsidRPr="00380A00" w:rsidRDefault="003B1933" w:rsidP="003B1933">
      <w:pPr>
        <w:spacing w:after="0" w:line="240" w:lineRule="auto"/>
        <w:jc w:val="both"/>
        <w:rPr>
          <w:rFonts w:ascii="Plus Jakarta Sans" w:hAnsi="Plus Jakarta Sans"/>
          <w:sz w:val="18"/>
          <w:szCs w:val="18"/>
          <w:lang w:val="hr-HR"/>
        </w:rPr>
      </w:pPr>
      <w:r w:rsidRPr="00380A00">
        <w:rPr>
          <w:rFonts w:ascii="Plus Jakarta Sans" w:hAnsi="Plus Jakarta Sans"/>
          <w:sz w:val="18"/>
          <w:szCs w:val="18"/>
          <w:lang w:val="hr-HR"/>
        </w:rPr>
        <w:t xml:space="preserve">E-mail: </w:t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ab/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ab/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ab/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ab/>
      </w:r>
      <w:r w:rsidRPr="00380A00">
        <w:rPr>
          <w:rFonts w:ascii="Plus Jakarta Sans" w:hAnsi="Plus Jakarta Sans"/>
          <w:sz w:val="18"/>
          <w:szCs w:val="18"/>
          <w:lang w:val="hr-HR"/>
        </w:rPr>
        <w:t>________________________________________</w:t>
      </w:r>
      <w:r w:rsidR="002B6312" w:rsidRPr="00380A00">
        <w:rPr>
          <w:rFonts w:ascii="Plus Jakarta Sans" w:hAnsi="Plus Jakarta Sans"/>
          <w:sz w:val="18"/>
          <w:szCs w:val="18"/>
          <w:lang w:val="hr-HR"/>
        </w:rPr>
        <w:t>__________________</w:t>
      </w:r>
    </w:p>
    <w:p w14:paraId="2291AA99" w14:textId="77777777" w:rsidR="003B1933" w:rsidRPr="00380A00" w:rsidRDefault="003B1933" w:rsidP="003B1933">
      <w:pPr>
        <w:spacing w:after="0" w:line="240" w:lineRule="auto"/>
        <w:jc w:val="both"/>
        <w:rPr>
          <w:rFonts w:ascii="Plus Jakarta Sans" w:hAnsi="Plus Jakarta Sans"/>
          <w:sz w:val="18"/>
          <w:szCs w:val="18"/>
          <w:lang w:val="hr-HR"/>
        </w:rPr>
      </w:pPr>
    </w:p>
    <w:p w14:paraId="494A6980" w14:textId="0A16C0F3" w:rsidR="003B1933" w:rsidRPr="00380A00" w:rsidRDefault="003B1933" w:rsidP="003B1933">
      <w:pPr>
        <w:spacing w:after="0" w:line="240" w:lineRule="auto"/>
        <w:jc w:val="both"/>
        <w:rPr>
          <w:rFonts w:ascii="Plus Jakarta Sans" w:hAnsi="Plus Jakarta Sans"/>
          <w:sz w:val="18"/>
          <w:szCs w:val="18"/>
          <w:lang w:val="hr-HR"/>
        </w:rPr>
      </w:pPr>
      <w:r w:rsidRPr="00380A00">
        <w:rPr>
          <w:rFonts w:ascii="Plus Jakarta Sans" w:hAnsi="Plus Jakarta Sans"/>
          <w:sz w:val="18"/>
          <w:szCs w:val="18"/>
          <w:lang w:val="hr-HR"/>
        </w:rPr>
        <w:t>Telefon:</w:t>
      </w:r>
      <w:r w:rsidR="002B6312" w:rsidRPr="00380A00">
        <w:rPr>
          <w:rFonts w:ascii="Plus Jakarta Sans" w:hAnsi="Plus Jakarta Sans"/>
          <w:sz w:val="18"/>
          <w:szCs w:val="18"/>
          <w:lang w:val="hr-HR"/>
        </w:rPr>
        <w:t xml:space="preserve"> </w:t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ab/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ab/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ab/>
      </w:r>
      <w:r w:rsidRPr="00380A00">
        <w:rPr>
          <w:rFonts w:ascii="Plus Jakarta Sans" w:hAnsi="Plus Jakarta Sans"/>
          <w:sz w:val="18"/>
          <w:szCs w:val="18"/>
          <w:lang w:val="hr-HR"/>
        </w:rPr>
        <w:t>______________________________________</w:t>
      </w:r>
      <w:r w:rsidR="002B6312" w:rsidRPr="00380A00">
        <w:rPr>
          <w:rFonts w:ascii="Plus Jakarta Sans" w:hAnsi="Plus Jakarta Sans"/>
          <w:sz w:val="18"/>
          <w:szCs w:val="18"/>
          <w:lang w:val="hr-HR"/>
        </w:rPr>
        <w:t>____________________</w:t>
      </w:r>
    </w:p>
    <w:p w14:paraId="7ECCF02E" w14:textId="77777777" w:rsidR="003B1933" w:rsidRPr="00380A00" w:rsidRDefault="003B1933" w:rsidP="003B1933">
      <w:pPr>
        <w:spacing w:after="0" w:line="240" w:lineRule="auto"/>
        <w:rPr>
          <w:rFonts w:ascii="Plus Jakarta Sans" w:hAnsi="Plus Jakarta Sans"/>
          <w:sz w:val="18"/>
          <w:szCs w:val="18"/>
          <w:lang w:val="hr-HR"/>
        </w:rPr>
      </w:pPr>
    </w:p>
    <w:p w14:paraId="6840C859" w14:textId="6AE3AC92" w:rsidR="002B6312" w:rsidRPr="00380A00" w:rsidRDefault="003B1933" w:rsidP="003B1933">
      <w:pPr>
        <w:spacing w:after="0" w:line="240" w:lineRule="auto"/>
        <w:rPr>
          <w:rFonts w:ascii="Plus Jakarta Sans" w:hAnsi="Plus Jakarta Sans"/>
          <w:sz w:val="18"/>
          <w:szCs w:val="18"/>
          <w:lang w:val="hr-HR"/>
        </w:rPr>
      </w:pPr>
      <w:r w:rsidRPr="00380A00">
        <w:rPr>
          <w:rFonts w:ascii="Plus Jakarta Sans" w:hAnsi="Plus Jakarta Sans"/>
          <w:sz w:val="18"/>
          <w:szCs w:val="18"/>
          <w:lang w:val="hr-HR"/>
        </w:rPr>
        <w:t>IBAN za povrat</w:t>
      </w:r>
      <w:r w:rsidR="002B6312" w:rsidRPr="00380A00">
        <w:rPr>
          <w:rFonts w:ascii="Plus Jakarta Sans" w:hAnsi="Plus Jakarta Sans"/>
          <w:sz w:val="18"/>
          <w:szCs w:val="18"/>
          <w:lang w:val="hr-HR"/>
        </w:rPr>
        <w:t xml:space="preserve">: </w:t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ab/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ab/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ab/>
      </w:r>
      <w:r w:rsidRPr="00380A00">
        <w:rPr>
          <w:rFonts w:ascii="Plus Jakarta Sans" w:hAnsi="Plus Jakarta Sans"/>
          <w:sz w:val="18"/>
          <w:szCs w:val="18"/>
          <w:lang w:val="hr-HR"/>
        </w:rPr>
        <w:t>____________________________________</w:t>
      </w:r>
      <w:r w:rsidR="002B6312" w:rsidRPr="00380A00">
        <w:rPr>
          <w:rFonts w:ascii="Plus Jakarta Sans" w:hAnsi="Plus Jakarta Sans"/>
          <w:sz w:val="18"/>
          <w:szCs w:val="18"/>
          <w:lang w:val="hr-HR"/>
        </w:rPr>
        <w:t>__________________</w:t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>____</w:t>
      </w:r>
    </w:p>
    <w:p w14:paraId="3F72282E" w14:textId="77777777" w:rsidR="002B6312" w:rsidRPr="00380A00" w:rsidRDefault="002B6312" w:rsidP="003B1933">
      <w:pPr>
        <w:spacing w:after="0" w:line="240" w:lineRule="auto"/>
        <w:rPr>
          <w:rFonts w:ascii="Plus Jakarta Sans" w:hAnsi="Plus Jakarta Sans"/>
          <w:sz w:val="18"/>
          <w:szCs w:val="18"/>
          <w:lang w:val="hr-HR"/>
        </w:rPr>
      </w:pPr>
    </w:p>
    <w:p w14:paraId="5F13AFF6" w14:textId="1852E6EF" w:rsidR="00D22C1F" w:rsidRPr="00380A00" w:rsidRDefault="00000000" w:rsidP="00787CE8">
      <w:pPr>
        <w:spacing w:after="0" w:line="240" w:lineRule="auto"/>
        <w:jc w:val="both"/>
        <w:rPr>
          <w:rFonts w:ascii="Plus Jakarta Sans" w:hAnsi="Plus Jakarta Sans"/>
          <w:sz w:val="18"/>
          <w:szCs w:val="18"/>
          <w:lang w:val="hr-HR"/>
        </w:rPr>
      </w:pPr>
      <w:r w:rsidRPr="00380A00">
        <w:rPr>
          <w:rFonts w:ascii="Plus Jakarta Sans" w:hAnsi="Plus Jakarta Sans"/>
          <w:sz w:val="18"/>
          <w:szCs w:val="18"/>
          <w:lang w:val="hr-HR"/>
        </w:rPr>
        <w:t xml:space="preserve">Izjavljujem da koristim svoje pravo na jednostrani raskid ugovora sukladno Zakonu o zaštiti potrošača te da ću proizvod vratiti u skladu s važećim propisima i Općim uvjetima poslovanja </w:t>
      </w:r>
      <w:proofErr w:type="spellStart"/>
      <w:r w:rsidRPr="00380A00">
        <w:rPr>
          <w:rFonts w:ascii="Plus Jakarta Sans" w:hAnsi="Plus Jakarta Sans"/>
          <w:sz w:val="18"/>
          <w:szCs w:val="18"/>
          <w:lang w:val="hr-HR"/>
        </w:rPr>
        <w:t>BeBest</w:t>
      </w:r>
      <w:proofErr w:type="spellEnd"/>
      <w:r w:rsidRPr="00380A00">
        <w:rPr>
          <w:rFonts w:ascii="Plus Jakarta Sans" w:hAnsi="Plus Jakarta Sans"/>
          <w:sz w:val="18"/>
          <w:szCs w:val="18"/>
          <w:lang w:val="hr-HR"/>
        </w:rPr>
        <w:t xml:space="preserve"> International d.o.o.</w:t>
      </w:r>
    </w:p>
    <w:p w14:paraId="11526110" w14:textId="0E687C83" w:rsidR="00D22C1F" w:rsidRPr="00380A00" w:rsidRDefault="00000000" w:rsidP="003B1933">
      <w:pPr>
        <w:spacing w:after="0" w:line="240" w:lineRule="auto"/>
        <w:rPr>
          <w:rFonts w:ascii="Plus Jakarta Sans" w:hAnsi="Plus Jakarta Sans"/>
          <w:sz w:val="18"/>
          <w:szCs w:val="18"/>
          <w:lang w:val="hr-HR"/>
        </w:rPr>
      </w:pPr>
      <w:r w:rsidRPr="00380A00">
        <w:rPr>
          <w:rFonts w:ascii="Plus Jakarta Sans" w:hAnsi="Plus Jakarta Sans"/>
          <w:sz w:val="18"/>
          <w:szCs w:val="18"/>
          <w:lang w:val="hr-HR"/>
        </w:rPr>
        <w:br/>
        <w:t>Mjesto:</w:t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 xml:space="preserve"> </w:t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ab/>
      </w:r>
      <w:r w:rsidRPr="00380A00">
        <w:rPr>
          <w:rFonts w:ascii="Plus Jakarta Sans" w:hAnsi="Plus Jakarta Sans"/>
          <w:sz w:val="18"/>
          <w:szCs w:val="18"/>
          <w:lang w:val="hr-HR"/>
        </w:rPr>
        <w:t>__________________________</w:t>
      </w:r>
    </w:p>
    <w:p w14:paraId="07A18F18" w14:textId="77777777" w:rsidR="002B6312" w:rsidRPr="00380A00" w:rsidRDefault="002B6312" w:rsidP="003B1933">
      <w:pPr>
        <w:spacing w:after="0" w:line="240" w:lineRule="auto"/>
        <w:rPr>
          <w:rFonts w:ascii="Plus Jakarta Sans" w:hAnsi="Plus Jakarta Sans"/>
          <w:sz w:val="18"/>
          <w:szCs w:val="18"/>
          <w:lang w:val="hr-HR"/>
        </w:rPr>
      </w:pPr>
    </w:p>
    <w:p w14:paraId="20625D7C" w14:textId="0582996D" w:rsidR="00D22C1F" w:rsidRPr="00380A00" w:rsidRDefault="00000000" w:rsidP="003B1933">
      <w:pPr>
        <w:spacing w:after="0" w:line="240" w:lineRule="auto"/>
        <w:rPr>
          <w:rFonts w:ascii="Plus Jakarta Sans" w:hAnsi="Plus Jakarta Sans"/>
          <w:sz w:val="18"/>
          <w:szCs w:val="18"/>
          <w:lang w:val="hr-HR"/>
        </w:rPr>
      </w:pPr>
      <w:r w:rsidRPr="00380A00">
        <w:rPr>
          <w:rFonts w:ascii="Plus Jakarta Sans" w:hAnsi="Plus Jakarta Sans"/>
          <w:sz w:val="18"/>
          <w:szCs w:val="18"/>
          <w:lang w:val="hr-HR"/>
        </w:rPr>
        <w:t>Datum:</w:t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 xml:space="preserve"> </w:t>
      </w:r>
      <w:r w:rsidR="00263596" w:rsidRPr="00380A00">
        <w:rPr>
          <w:rFonts w:ascii="Plus Jakarta Sans" w:hAnsi="Plus Jakarta Sans"/>
          <w:sz w:val="18"/>
          <w:szCs w:val="18"/>
          <w:lang w:val="hr-HR"/>
        </w:rPr>
        <w:tab/>
      </w:r>
      <w:r w:rsidRPr="00380A00">
        <w:rPr>
          <w:rFonts w:ascii="Plus Jakarta Sans" w:hAnsi="Plus Jakarta Sans"/>
          <w:sz w:val="18"/>
          <w:szCs w:val="18"/>
          <w:lang w:val="hr-HR"/>
        </w:rPr>
        <w:t>__________________________</w:t>
      </w:r>
    </w:p>
    <w:p w14:paraId="5160AB13" w14:textId="77777777" w:rsidR="002B6312" w:rsidRPr="00380A00" w:rsidRDefault="002B6312" w:rsidP="003B1933">
      <w:pPr>
        <w:spacing w:after="0" w:line="240" w:lineRule="auto"/>
        <w:rPr>
          <w:rFonts w:ascii="Plus Jakarta Sans" w:hAnsi="Plus Jakarta Sans"/>
          <w:sz w:val="18"/>
          <w:szCs w:val="18"/>
          <w:lang w:val="hr-HR"/>
        </w:rPr>
      </w:pPr>
    </w:p>
    <w:p w14:paraId="78A91A23" w14:textId="79784F53" w:rsidR="00D22C1F" w:rsidRPr="00380A00" w:rsidRDefault="00000000" w:rsidP="003B1933">
      <w:pPr>
        <w:spacing w:after="0" w:line="240" w:lineRule="auto"/>
        <w:rPr>
          <w:rFonts w:ascii="Plus Jakarta Sans" w:hAnsi="Plus Jakarta Sans"/>
          <w:sz w:val="18"/>
          <w:szCs w:val="18"/>
          <w:lang w:val="hr-HR"/>
        </w:rPr>
      </w:pPr>
      <w:r w:rsidRPr="00380A00">
        <w:rPr>
          <w:rFonts w:ascii="Plus Jakarta Sans" w:hAnsi="Plus Jakarta Sans"/>
          <w:sz w:val="18"/>
          <w:szCs w:val="18"/>
          <w:lang w:val="hr-HR"/>
        </w:rPr>
        <w:t xml:space="preserve">Potpis </w:t>
      </w:r>
      <w:r w:rsidR="003B1933" w:rsidRPr="00380A00">
        <w:rPr>
          <w:rFonts w:ascii="Plus Jakarta Sans" w:hAnsi="Plus Jakarta Sans"/>
          <w:sz w:val="18"/>
          <w:szCs w:val="18"/>
          <w:lang w:val="hr-HR"/>
        </w:rPr>
        <w:t>Kupca</w:t>
      </w:r>
      <w:r w:rsidRPr="00380A00">
        <w:rPr>
          <w:rFonts w:ascii="Plus Jakarta Sans" w:hAnsi="Plus Jakarta Sans"/>
          <w:sz w:val="18"/>
          <w:szCs w:val="18"/>
          <w:lang w:val="hr-HR"/>
        </w:rPr>
        <w:t xml:space="preserve"> (ako se obrazac dostavlja u papirnatom obliku):</w:t>
      </w:r>
    </w:p>
    <w:p w14:paraId="1F8D53BF" w14:textId="77777777" w:rsidR="002B6312" w:rsidRPr="00380A00" w:rsidRDefault="002B6312" w:rsidP="003B1933">
      <w:pPr>
        <w:spacing w:after="0" w:line="240" w:lineRule="auto"/>
        <w:rPr>
          <w:rFonts w:ascii="Plus Jakarta Sans" w:hAnsi="Plus Jakarta Sans"/>
          <w:sz w:val="18"/>
          <w:szCs w:val="18"/>
          <w:lang w:val="hr-HR"/>
        </w:rPr>
      </w:pPr>
    </w:p>
    <w:p w14:paraId="0A5CA47C" w14:textId="77777777" w:rsidR="00D22C1F" w:rsidRPr="00380A00" w:rsidRDefault="00000000" w:rsidP="003B1933">
      <w:pPr>
        <w:spacing w:after="0" w:line="240" w:lineRule="auto"/>
        <w:rPr>
          <w:rFonts w:ascii="Plus Jakarta Sans" w:hAnsi="Plus Jakarta Sans"/>
          <w:sz w:val="18"/>
          <w:szCs w:val="18"/>
          <w:lang w:val="hr-HR"/>
        </w:rPr>
      </w:pPr>
      <w:r w:rsidRPr="00380A00">
        <w:rPr>
          <w:rFonts w:ascii="Plus Jakarta Sans" w:hAnsi="Plus Jakarta Sans"/>
          <w:sz w:val="18"/>
          <w:szCs w:val="18"/>
          <w:lang w:val="hr-HR"/>
        </w:rPr>
        <w:t>____________________________________________</w:t>
      </w:r>
    </w:p>
    <w:p w14:paraId="1210910E" w14:textId="77777777" w:rsidR="003B1933" w:rsidRPr="00380A00" w:rsidRDefault="003B1933" w:rsidP="00366CD9">
      <w:pPr>
        <w:pStyle w:val="Heading2"/>
        <w:spacing w:before="0" w:line="240" w:lineRule="auto"/>
        <w:rPr>
          <w:rFonts w:ascii="Plus Jakarta Sans" w:hAnsi="Plus Jakarta Sans"/>
          <w:color w:val="000000" w:themeColor="text1"/>
          <w:sz w:val="18"/>
          <w:szCs w:val="18"/>
          <w:lang w:val="hr-HR"/>
        </w:rPr>
      </w:pPr>
    </w:p>
    <w:p w14:paraId="1F1ECE97" w14:textId="68C96ABC" w:rsidR="00D22C1F" w:rsidRPr="00380A00" w:rsidRDefault="00000000" w:rsidP="00366CD9">
      <w:pPr>
        <w:pStyle w:val="Heading2"/>
        <w:spacing w:before="0" w:line="240" w:lineRule="auto"/>
        <w:rPr>
          <w:rFonts w:ascii="Plus Jakarta Sans" w:hAnsi="Plus Jakarta Sans"/>
          <w:color w:val="000000" w:themeColor="text1"/>
          <w:sz w:val="18"/>
          <w:szCs w:val="18"/>
          <w:lang w:val="hr-HR"/>
        </w:rPr>
      </w:pPr>
      <w:r w:rsidRPr="00380A00">
        <w:rPr>
          <w:rFonts w:ascii="Plus Jakarta Sans" w:hAnsi="Plus Jakarta Sans"/>
          <w:color w:val="000000" w:themeColor="text1"/>
          <w:sz w:val="18"/>
          <w:szCs w:val="18"/>
          <w:lang w:val="hr-HR"/>
        </w:rPr>
        <w:t>Uputa za potrošača</w:t>
      </w:r>
    </w:p>
    <w:p w14:paraId="0A6C6810" w14:textId="17EFBC0E" w:rsidR="00366CD9" w:rsidRPr="00380A00" w:rsidRDefault="00000000" w:rsidP="00366CD9">
      <w:pPr>
        <w:spacing w:after="0" w:line="240" w:lineRule="auto"/>
        <w:jc w:val="both"/>
        <w:rPr>
          <w:rFonts w:ascii="Plus Jakarta Sans" w:hAnsi="Plus Jakarta Sans"/>
          <w:sz w:val="18"/>
          <w:szCs w:val="18"/>
        </w:rPr>
      </w:pPr>
      <w:r w:rsidRPr="00380A00">
        <w:rPr>
          <w:rFonts w:ascii="Plus Jakarta Sans" w:hAnsi="Plus Jakarta Sans"/>
          <w:sz w:val="18"/>
          <w:szCs w:val="18"/>
          <w:lang w:val="hr-HR"/>
        </w:rPr>
        <w:t xml:space="preserve">Potrošač ima pravo jednostrano raskinuti ugovor u roku od 14 dana od dana preuzimanja proizvoda bez navođenja razloga. Obrazac se može dostaviti elektroničkom poštom na </w:t>
      </w:r>
      <w:hyperlink r:id="rId7" w:history="1">
        <w:r w:rsidR="00666C31" w:rsidRPr="00F174D9">
          <w:rPr>
            <w:rStyle w:val="Hyperlink"/>
            <w:rFonts w:ascii="Plus Jakarta Sans" w:hAnsi="Plus Jakarta Sans"/>
            <w:sz w:val="18"/>
            <w:szCs w:val="18"/>
            <w:lang w:val="hr-HR"/>
          </w:rPr>
          <w:t>info@bebestenergy.com</w:t>
        </w:r>
      </w:hyperlink>
      <w:r w:rsidR="00666C31">
        <w:rPr>
          <w:rFonts w:ascii="Plus Jakarta Sans" w:hAnsi="Plus Jakarta Sans"/>
          <w:sz w:val="18"/>
          <w:szCs w:val="18"/>
          <w:lang w:val="hr-HR"/>
        </w:rPr>
        <w:t xml:space="preserve"> </w:t>
      </w:r>
      <w:r w:rsidRPr="00380A00">
        <w:rPr>
          <w:rFonts w:ascii="Plus Jakarta Sans" w:hAnsi="Plus Jakarta Sans"/>
          <w:sz w:val="18"/>
          <w:szCs w:val="18"/>
          <w:lang w:val="hr-HR"/>
        </w:rPr>
        <w:t xml:space="preserve">ili poštom na adresu </w:t>
      </w:r>
      <w:proofErr w:type="spellStart"/>
      <w:r w:rsidRPr="00380A00">
        <w:rPr>
          <w:rFonts w:ascii="Plus Jakarta Sans" w:hAnsi="Plus Jakarta Sans"/>
          <w:sz w:val="18"/>
          <w:szCs w:val="18"/>
          <w:lang w:val="hr-HR"/>
        </w:rPr>
        <w:t>BeBest</w:t>
      </w:r>
      <w:proofErr w:type="spellEnd"/>
      <w:r w:rsidRPr="00380A00">
        <w:rPr>
          <w:rFonts w:ascii="Plus Jakarta Sans" w:hAnsi="Plus Jakarta Sans"/>
          <w:sz w:val="18"/>
          <w:szCs w:val="18"/>
          <w:lang w:val="hr-HR"/>
        </w:rPr>
        <w:t xml:space="preserve"> International d.o.o., Jarun 42, 10000 Zagreb. Proizvod je potrebno vratiti bez nepotrebnog odgađanja, a najkasnije u roku od 14 dana od slanja izjave o raskidu ugovora. Povrat sredstava izvršit će se sukladno važećim propisima i Općim uvjetima poslovanja.</w:t>
      </w:r>
      <w:r w:rsidR="003B1933" w:rsidRPr="00380A00">
        <w:rPr>
          <w:rFonts w:ascii="Plus Jakarta Sans" w:hAnsi="Plus Jakarta Sans"/>
          <w:sz w:val="18"/>
          <w:szCs w:val="18"/>
          <w:lang w:val="hr-HR"/>
        </w:rPr>
        <w:t xml:space="preserve"> Nakon dostave izjave o jednostranom raskidu ugovora, proizvod je potrebno vratiti Prodavatelju bez nepotrebnog odgađanja, a najkasnije u roku od 14 dana od dana slanja izjave o raskidu. Trošak povrata proizvoda snosi potrošač, osim ako nije drugačije ugovoreno ili propisano. </w:t>
      </w:r>
      <w:r w:rsidR="00366CD9" w:rsidRPr="00380A00">
        <w:rPr>
          <w:rFonts w:ascii="Plus Jakarta Sans" w:hAnsi="Plus Jakarta Sans"/>
          <w:sz w:val="18"/>
          <w:szCs w:val="18"/>
          <w:lang w:val="hr-HR"/>
        </w:rPr>
        <w:t>Proizvod se vraća na adresu koju će Prodavatelj dostaviti Potrošaču nakon zaprimanja izjave o jednostranom raskidu ugovora.</w:t>
      </w:r>
    </w:p>
    <w:p w14:paraId="5E173C57" w14:textId="688C86A0" w:rsidR="003B1933" w:rsidRPr="00380A00" w:rsidRDefault="003B1933" w:rsidP="00366CD9">
      <w:pPr>
        <w:spacing w:after="0" w:line="240" w:lineRule="auto"/>
        <w:jc w:val="both"/>
        <w:rPr>
          <w:rFonts w:ascii="Plus Jakarta Sans" w:hAnsi="Plus Jakarta Sans"/>
          <w:sz w:val="18"/>
          <w:szCs w:val="18"/>
          <w:lang w:val="hr-HR"/>
        </w:rPr>
      </w:pPr>
      <w:r w:rsidRPr="00380A00">
        <w:rPr>
          <w:rFonts w:ascii="Plus Jakarta Sans" w:hAnsi="Plus Jakarta Sans"/>
          <w:sz w:val="18"/>
          <w:szCs w:val="18"/>
          <w:lang w:val="hr-HR"/>
        </w:rPr>
        <w:t>Prodavatelj će izvršiti povrat svih zaprimljenih uplata, uključujući trošak standardne dostave, bez nepotrebnog odgađanja, a najkasnije u roku od 14 dana od dana primitka izjave o raskidu ugovora. Prodavatelj može odgoditi povrat sredstava dok ne zaprimi vraćeni proizvod ili dok potrošač ne dostavi dokaz da je proizvod poslan natrag, ovisno o tome što nastupi ranije. Pravo na jednostrani raskid ugovora ne primjenjuje se na otvorene ili otpečaćene prehrambene proizvode i napitke koji zbog zaštite zdravlja ili higijenskih razloga nisu prikladni za povrat, sukladno važećim propisima Republike Hrvatske.</w:t>
      </w:r>
    </w:p>
    <w:sectPr w:rsidR="003B1933" w:rsidRPr="00380A00" w:rsidSect="00787C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Fraunces 9pt">
    <w:panose1 w:val="00000000000000000000"/>
    <w:charset w:val="4D"/>
    <w:family w:val="auto"/>
    <w:pitch w:val="variable"/>
    <w:sig w:usb0="A000007F" w:usb1="5000004B" w:usb2="00000000" w:usb3="00000000" w:csb0="00000193" w:csb1="00000000"/>
  </w:font>
  <w:font w:name="Plus Jakarta Sans">
    <w:panose1 w:val="00000000000000000000"/>
    <w:charset w:val="4D"/>
    <w:family w:val="auto"/>
    <w:pitch w:val="variable"/>
    <w:sig w:usb0="A10000FF" w:usb1="4000607B" w:usb2="00000000" w:usb3="00000000" w:csb0="000001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91497787">
    <w:abstractNumId w:val="8"/>
  </w:num>
  <w:num w:numId="2" w16cid:durableId="1067846353">
    <w:abstractNumId w:val="6"/>
  </w:num>
  <w:num w:numId="3" w16cid:durableId="690650369">
    <w:abstractNumId w:val="5"/>
  </w:num>
  <w:num w:numId="4" w16cid:durableId="415051548">
    <w:abstractNumId w:val="4"/>
  </w:num>
  <w:num w:numId="5" w16cid:durableId="1385912161">
    <w:abstractNumId w:val="7"/>
  </w:num>
  <w:num w:numId="6" w16cid:durableId="1879203460">
    <w:abstractNumId w:val="3"/>
  </w:num>
  <w:num w:numId="7" w16cid:durableId="1767457567">
    <w:abstractNumId w:val="2"/>
  </w:num>
  <w:num w:numId="8" w16cid:durableId="1900163633">
    <w:abstractNumId w:val="1"/>
  </w:num>
  <w:num w:numId="9" w16cid:durableId="180882038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63596"/>
    <w:rsid w:val="00281282"/>
    <w:rsid w:val="0029639D"/>
    <w:rsid w:val="002B6312"/>
    <w:rsid w:val="00326F90"/>
    <w:rsid w:val="00366CD9"/>
    <w:rsid w:val="00380A00"/>
    <w:rsid w:val="003B1933"/>
    <w:rsid w:val="003E3173"/>
    <w:rsid w:val="00524298"/>
    <w:rsid w:val="00666C31"/>
    <w:rsid w:val="007010C6"/>
    <w:rsid w:val="00753D5C"/>
    <w:rsid w:val="00787CE8"/>
    <w:rsid w:val="00AA1D8D"/>
    <w:rsid w:val="00B47730"/>
    <w:rsid w:val="00BE722D"/>
    <w:rsid w:val="00CB0664"/>
    <w:rsid w:val="00D22C1F"/>
    <w:rsid w:val="00EC323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13EE525B"/>
  <w14:defaultImageDpi w14:val="300"/>
  <w15:docId w15:val="{4A466FA6-2447-B746-A289-FD49AF446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3B193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1933"/>
    <w:rPr>
      <w:color w:val="605E5C"/>
      <w:shd w:val="clear" w:color="auto" w:fill="E1DFDD"/>
    </w:rPr>
  </w:style>
  <w:style w:type="paragraph" w:customStyle="1" w:styleId="p1">
    <w:name w:val="p1"/>
    <w:basedOn w:val="Normal"/>
    <w:rsid w:val="003B1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HR"/>
    </w:rPr>
  </w:style>
  <w:style w:type="paragraph" w:customStyle="1" w:styleId="p2">
    <w:name w:val="p2"/>
    <w:basedOn w:val="Normal"/>
    <w:rsid w:val="003B1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fo@bebestenergy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bebestenergy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439</Words>
  <Characters>2487</Characters>
  <Application>Microsoft Office Word</Application>
  <DocSecurity>0</DocSecurity>
  <Lines>82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Kristijan Juranović</cp:lastModifiedBy>
  <cp:revision>5</cp:revision>
  <dcterms:created xsi:type="dcterms:W3CDTF">2026-07-31T07:04:00Z</dcterms:created>
  <dcterms:modified xsi:type="dcterms:W3CDTF">2026-07-31T13:49:00Z</dcterms:modified>
  <cp:category/>
</cp:coreProperties>
</file>